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Health and Safety Policy</w:t>
      </w:r>
    </w:p>
    <w:p>
      <w:r>
        <w:t>[Contractor’s Business Name]</w:t>
      </w:r>
    </w:p>
    <w:p>
      <w:r>
        <w:t>Date: [Insert Date]</w:t>
        <w:br/>
        <w:t>Review Date: [Insert Review Date]</w:t>
      </w:r>
    </w:p>
    <w:p>
      <w:pPr>
        <w:pStyle w:val="Heading1"/>
      </w:pPr>
      <w:r>
        <w:t>1. Statement of Intent</w:t>
      </w:r>
    </w:p>
    <w:p>
      <w:r>
        <w:t>As a self-employed contractor carrying out works in domestic and rental properties managed by [Letting Agent’s Name], I am committed to ensuring that all works are undertaken safely, in compliance with UK health and safety legislation, and with minimal risk to myself, others, and the properties where I work.</w:t>
        <w:br/>
        <w:br/>
        <w:t>I will take all reasonable steps to:</w:t>
        <w:br/>
        <w:t>- Protect the health, safety, and welfare of myself, clients, tenants, landlords, and members of the public.</w:t>
        <w:br/>
        <w:t>- Comply with relevant health and safety law, including the Health and Safety at Work etc. Act 1974.</w:t>
        <w:br/>
        <w:t>- Use safe systems of work, appropriate equipment, and PPE.</w:t>
        <w:br/>
        <w:t>- Report accidents, incidents, or near misses promptly.</w:t>
        <w:br/>
        <w:br/>
        <w:t>This policy will be reviewed annually or when work practices or legislation change.</w:t>
      </w:r>
    </w:p>
    <w:p>
      <w:r>
        <w:t>Signed: ________________________</w:t>
        <w:br/>
        <w:t>Name: [Insert Contractor Name]</w:t>
      </w:r>
    </w:p>
    <w:p>
      <w:pPr>
        <w:pStyle w:val="Heading1"/>
      </w:pPr>
      <w:r>
        <w:t>2. Responsibilities</w:t>
      </w:r>
    </w:p>
    <w:p>
      <w:r>
        <w:t>- Self-employed contractor: Responsible for own health and safety, and ensuring work does not endanger others.</w:t>
        <w:br/>
        <w:t>- Letting agent / property manager: Provides instructions and ensures contractors hold a suitable health and safety policy.</w:t>
        <w:br/>
        <w:t>- Landlords / tenants: Expected to co-operate with reasonable safety measures.</w:t>
      </w:r>
    </w:p>
    <w:p>
      <w:pPr>
        <w:pStyle w:val="Heading1"/>
      </w:pPr>
      <w:r>
        <w:t>3. Risk Assessment and Safe Working</w:t>
      </w:r>
    </w:p>
    <w:p>
      <w:r>
        <w:t>Before starting any job, I will:</w:t>
        <w:br/>
        <w:t>- Assess risks associated with the work.</w:t>
        <w:br/>
        <w:t>- Put in place measures to reduce or remove risks.</w:t>
        <w:br/>
        <w:t>- Ensure hazardous substances, tools, or equipment are handled and stored safely.</w:t>
      </w:r>
    </w:p>
    <w:p>
      <w:pPr>
        <w:pStyle w:val="Heading1"/>
      </w:pPr>
      <w:r>
        <w:t>4. Safe Systems of Work</w:t>
      </w:r>
    </w:p>
    <w:p>
      <w:r>
        <w:t>- Electrical Safety: Work within competence, isolate supplies, test equipment.</w:t>
        <w:br/>
        <w:t>- Work at Height: Use ladders/scaffolds correctly and safely.</w:t>
        <w:br/>
        <w:t>- Manual Handling: Use safe lifting techniques.</w:t>
        <w:br/>
        <w:t>- Tools &amp; Equipment: Maintain tools, use correct PPE.</w:t>
        <w:br/>
        <w:t>- Housekeeping: Keep work areas tidy, minimise trip hazards, remove waste.</w:t>
        <w:br/>
        <w:t>- Asbestos Awareness: Stop work and report if suspected asbestos is present.</w:t>
      </w:r>
    </w:p>
    <w:p>
      <w:pPr>
        <w:pStyle w:val="Heading1"/>
      </w:pPr>
      <w:r>
        <w:t>5. PPE (Personal Protective Equipment)</w:t>
      </w:r>
    </w:p>
    <w:p>
      <w:r>
        <w:t>Appropriate PPE will be worn as required, including:</w:t>
        <w:br/>
        <w:t>- Safety boots</w:t>
        <w:br/>
        <w:t>- Gloves</w:t>
        <w:br/>
        <w:t>- Eye protection</w:t>
        <w:br/>
        <w:t>- Dust masks/respirators</w:t>
        <w:br/>
        <w:t>- Hearing protection</w:t>
        <w:br/>
        <w:t>- Hi-visibility clothing</w:t>
      </w:r>
    </w:p>
    <w:p>
      <w:pPr>
        <w:pStyle w:val="Heading1"/>
      </w:pPr>
      <w:r>
        <w:t>6. Incident and Accident Reporting</w:t>
      </w:r>
    </w:p>
    <w:p>
      <w:r>
        <w:t>Any accident, incident, or near miss will be recorded and reported to [Letting Agent’s Name]. Serious incidents will also be reported to the HSE if legally required.</w:t>
      </w:r>
    </w:p>
    <w:p>
      <w:pPr>
        <w:pStyle w:val="Heading1"/>
      </w:pPr>
      <w:r>
        <w:t>7. Training and Competence</w:t>
      </w:r>
    </w:p>
    <w:p>
      <w:r>
        <w:t>I will:</w:t>
        <w:br/>
        <w:t>- Only carry out tasks I am competent and qualified to perform.</w:t>
        <w:br/>
        <w:t>- Keep training, qualifications, and certifications up to date.</w:t>
      </w:r>
    </w:p>
    <w:p>
      <w:pPr>
        <w:pStyle w:val="Heading1"/>
      </w:pPr>
      <w:r>
        <w:t>8. Review of Policy</w:t>
      </w:r>
    </w:p>
    <w:p>
      <w:r>
        <w:t>This policy will be reviewed annually, or sooner if:</w:t>
        <w:br/>
        <w:t>- Work activities change significantly.</w:t>
        <w:br/>
        <w:t>- Legislation changes.</w:t>
        <w:br/>
        <w:t>- An incident occurs highlighting a need for review.</w:t>
        <w:br/>
        <w:br/>
        <w:t>Next Review Date: [Insert Date]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